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Nom Prénom</w:t>
      </w:r>
    </w:p>
    <w:p>
      <w:r>
        <w:rPr>
          <w:b w:val="0"/>
          <w:sz w:val="20"/>
        </w:rPr>
        <w:t>Adresse</w:t>
      </w:r>
    </w:p>
    <w:p>
      <w:r>
        <w:rPr>
          <w:b w:val="0"/>
          <w:sz w:val="20"/>
        </w:rPr>
        <w:t>Code Postal - Ville</w:t>
      </w:r>
    </w:p>
    <w:p>
      <w:r>
        <w:rPr>
          <w:b w:val="0"/>
          <w:sz w:val="20"/>
        </w:rPr>
        <w:t>Téléphone</w:t>
      </w:r>
    </w:p>
    <w:p>
      <w:r>
        <w:rPr>
          <w:b w:val="0"/>
          <w:sz w:val="20"/>
        </w:rPr>
        <w:t>Adresse e-mail</w:t>
      </w:r>
    </w:p>
    <w:p/>
    <w:p/>
    <w:p>
      <w:r>
        <w:rPr>
          <w:b/>
          <w:sz w:val="20"/>
        </w:rPr>
        <w:t>Nom de la compagnie d'assurance</w:t>
      </w:r>
    </w:p>
    <w:p>
      <w:r>
        <w:rPr>
          <w:b w:val="0"/>
          <w:sz w:val="20"/>
        </w:rPr>
        <w:t>Service Résiliation / Service Clients</w:t>
      </w:r>
    </w:p>
    <w:p>
      <w:r>
        <w:rPr>
          <w:b w:val="0"/>
          <w:sz w:val="20"/>
        </w:rPr>
        <w:t>Adresse</w:t>
      </w:r>
    </w:p>
    <w:p>
      <w:r>
        <w:rPr>
          <w:b w:val="0"/>
          <w:sz w:val="20"/>
        </w:rPr>
        <w:t>Code Postal - Ville</w:t>
      </w:r>
    </w:p>
    <w:p/>
    <w:p/>
    <w:p>
      <w:r>
        <w:rPr>
          <w:b/>
          <w:sz w:val="20"/>
        </w:rPr>
        <w:t>Objet : Résiliation du contrat d'assurance copropriété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vous informe de ma décision de résilier le contrat d'assurance concernant la copropriété située à l'adresse suivante :</w:t>
      </w:r>
    </w:p>
    <w:p/>
    <w:p>
      <w:r>
        <w:rPr>
          <w:b/>
          <w:sz w:val="20"/>
        </w:rPr>
        <w:t>Adresse de la copropriété :</w:t>
      </w:r>
    </w:p>
    <w:p>
      <w:r>
        <w:rPr>
          <w:b w:val="0"/>
          <w:sz w:val="20"/>
        </w:rPr>
        <w:t>_____________________________________________________________</w:t>
      </w:r>
    </w:p>
    <w:p/>
    <w:p>
      <w:r>
        <w:rPr>
          <w:b w:val="0"/>
          <w:sz w:val="20"/>
        </w:rPr>
        <w:t>Numéro de contrat : _______________________________________________________</w:t>
      </w:r>
    </w:p>
    <w:p/>
    <w:p>
      <w:r>
        <w:rPr>
          <w:b w:val="0"/>
          <w:sz w:val="20"/>
        </w:rPr>
        <w:t>Conformément aux dispositions des articles L113-12 et suivants du Code des assurances, je souhaite mettre fin à ce contrat à sa prochaine échéance annuelle.</w:t>
      </w:r>
    </w:p>
    <w:p/>
    <w:p>
      <w:r>
        <w:rPr>
          <w:b w:val="0"/>
          <w:sz w:val="20"/>
        </w:rPr>
        <w:t>Je vous prie de bien vouloir prendre en compte cette demande et de m’adresser un document attestant de la résiliation effective du contrat ainsi que le relevé d’information correspondant.</w:t>
      </w:r>
    </w:p>
    <w:p/>
    <w:p>
      <w:r>
        <w:rPr>
          <w:b w:val="0"/>
          <w:sz w:val="20"/>
        </w:rPr>
        <w:t>Je vous remercie de bien vouloir cesser tout prélèvement automatique relatif à ce contrat à compter de la date de résiliation.</w:t>
      </w:r>
    </w:p>
    <w:p/>
    <w:p>
      <w:r>
        <w:rPr>
          <w:b w:val="0"/>
          <w:sz w:val="20"/>
        </w:rPr>
        <w:t>Je reste à votre disposition pour tout renseignement complémentaire.</w:t>
      </w:r>
    </w:p>
    <w:p/>
    <w:p/>
    <w:p>
      <w:r>
        <w:rPr>
          <w:b w:val="0"/>
          <w:sz w:val="20"/>
        </w:rPr>
        <w:t>Veuillez agréer, Madame, Monsieur, l’expression de mes salutations distinguées.</w:t>
      </w:r>
    </w:p>
    <w:p/>
    <w:p/>
    <w:p/>
    <w:p>
      <w:pPr>
        <w:jc w:val="left"/>
      </w:pPr>
      <w:r>
        <w:rPr>
          <w:sz w:val="20"/>
        </w:rPr>
        <w:t>Signature : 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https://modeles-resiliation.com/lettre-resiliation-assurance-copropriete/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https://modeles-resiliation.com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modeles-resiliation.com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es-resiliation.com/lettre-resiliation-assurance-copropriete/" TargetMode="External"/><Relationship Id="rId10" Type="http://schemas.openxmlformats.org/officeDocument/2006/relationships/hyperlink" Target="https://modeles-resili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