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Nom et prénom du locataire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Adresse du locataire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Code postal et ville 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Nom et prénom ou raison sociale du bailleur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Adresse du bailleur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Code postal et ville 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Objet : Résiliation du bail commercial pour départ à la retraite</w:t>
      </w:r>
    </w:p>
    <w:p/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Par la présente, je vous informe de ma décision de résilier le bail commercial portant sur le local situé à 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Conformément aux dispositions des articles L.145-1 et suivants du Code de commerce, et au regard de mon départ à la retraite, je vous notifie cette résiliation avec un préavis de six mois.</w:t>
      </w:r>
    </w:p>
    <w:p/>
    <w:p>
      <w:r>
        <w:rPr>
          <w:b w:val="0"/>
          <w:sz w:val="22"/>
        </w:rPr>
        <w:t>Cette décision prend effet à compter de la réception de cette lettre recommandée avec accusé de réception, et la résiliation interviendra donc à l'issue du délai de préavis, soit 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Je vous remercie de bien vouloir prendre acte de cette résiliation et de m’informer des modalités de restitution des locaux ainsi que des conditions de l’état des lieux de sortie.</w:t>
      </w:r>
    </w:p>
    <w:p/>
    <w:p>
      <w:r>
        <w:rPr>
          <w:b w:val="0"/>
          <w:sz w:val="22"/>
        </w:rPr>
        <w:t>Je reste à votre disposition pour convenir d’un rendez-vous en vue de faciliter cette démarche.</w:t>
      </w:r>
    </w:p>
    <w:p/>
    <w:p/>
    <w:p>
      <w:r>
        <w:rPr>
          <w:b w:val="0"/>
          <w:sz w:val="22"/>
        </w:rPr>
        <w:t>Je vous prie d’agréer, Madame, Monsieur, l’expression de mes salutations distinguées.</w:t>
      </w:r>
    </w:p>
    <w:p/>
    <w:p/>
    <w:p/>
    <w:p>
      <w:r>
        <w:rPr>
          <w:b w:val="0"/>
          <w:sz w:val="22"/>
        </w:rPr>
        <w:t>Fait à : ___________________________________________________</w:t>
      </w:r>
    </w:p>
    <w:p>
      <w:r>
        <w:rPr>
          <w:b w:val="0"/>
          <w:sz w:val="22"/>
        </w:rPr>
        <w:t>Le : _______________________________________________________</w:t>
      </w:r>
    </w:p>
    <w:p/>
    <w:p/>
    <w:p/>
    <w:p>
      <w:r>
        <w:rPr>
          <w:b w:val="0"/>
          <w:sz w:val="22"/>
        </w:rPr>
        <w:t>Signature :</w:t>
      </w:r>
    </w:p>
    <w:p>
      <w:r>
        <w:rPr>
          <w:b w:val="0"/>
          <w:sz w:val="22"/>
        </w:rPr>
        <w:t>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Locataire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Bailleur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https://modeles-resiliation.com/lettre-resiliation-bail-commercial-pour-depart-retraite/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bail-commercial-pour-depart-retraite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