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LETTRE DE RÉSILIATION DU BAIL</w:t>
      </w:r>
    </w:p>
    <w:p/>
    <w:p/>
    <w:p>
      <w:r>
        <w:rPr>
          <w:b/>
          <w:sz w:val="22"/>
        </w:rPr>
        <w:t>Nom et prénom du locataire résiliant :</w:t>
      </w:r>
    </w:p>
    <w:p>
      <w:r>
        <w:rPr>
          <w:b w:val="0"/>
          <w:sz w:val="22"/>
        </w:rPr>
        <w:t>______________________________________________________________</w:t>
      </w:r>
    </w:p>
    <w:p>
      <w:r>
        <w:rPr>
          <w:b/>
          <w:sz w:val="22"/>
        </w:rPr>
        <w:t>Adresse du locataire résiliant :</w:t>
      </w:r>
    </w:p>
    <w:p>
      <w:r>
        <w:rPr>
          <w:b w:val="0"/>
          <w:sz w:val="22"/>
        </w:rPr>
        <w:t>______________________________________________________________</w:t>
      </w:r>
    </w:p>
    <w:p>
      <w:r>
        <w:rPr>
          <w:b w:val="0"/>
          <w:sz w:val="22"/>
        </w:rPr>
        <w:t>Téléphone : _________________________________________________</w:t>
      </w:r>
    </w:p>
    <w:p>
      <w:r>
        <w:rPr>
          <w:b w:val="0"/>
          <w:sz w:val="22"/>
        </w:rPr>
        <w:t>Adresse e-mail : ____________________________________________</w:t>
      </w:r>
    </w:p>
    <w:p/>
    <w:p/>
    <w:p>
      <w:r>
        <w:rPr>
          <w:b/>
          <w:sz w:val="22"/>
        </w:rPr>
        <w:t>Nom et prénom / raison sociale du bailleur :</w:t>
      </w:r>
    </w:p>
    <w:p>
      <w:r>
        <w:rPr>
          <w:b w:val="0"/>
          <w:sz w:val="22"/>
        </w:rPr>
        <w:t>______________________________________________________________</w:t>
      </w:r>
    </w:p>
    <w:p>
      <w:r>
        <w:rPr>
          <w:b/>
          <w:sz w:val="22"/>
        </w:rPr>
        <w:t>Adresse du bailleur :</w:t>
      </w:r>
    </w:p>
    <w:p>
      <w:r>
        <w:rPr>
          <w:b w:val="0"/>
          <w:sz w:val="22"/>
        </w:rPr>
        <w:t>______________________________________________________________</w:t>
      </w:r>
    </w:p>
    <w:p/>
    <w:p/>
    <w:p>
      <w:r>
        <w:rPr>
          <w:b/>
          <w:sz w:val="22"/>
        </w:rPr>
        <w:t>Adresse du logement loué :</w:t>
      </w:r>
    </w:p>
    <w:p>
      <w:r>
        <w:rPr>
          <w:b w:val="0"/>
          <w:sz w:val="22"/>
        </w:rPr>
        <w:t>______________________________________________________________</w:t>
      </w:r>
    </w:p>
    <w:p>
      <w:r>
        <w:rPr>
          <w:b w:val="0"/>
          <w:sz w:val="22"/>
        </w:rPr>
        <w:t>______________________________________________________________</w:t>
      </w:r>
    </w:p>
    <w:p/>
    <w:p/>
    <w:p>
      <w:r>
        <w:rPr>
          <w:b/>
          <w:sz w:val="22"/>
        </w:rPr>
        <w:t>Objet : Résiliation du bail de location – Bail en colocation</w:t>
      </w:r>
    </w:p>
    <w:p/>
    <w:p>
      <w:r>
        <w:rPr>
          <w:b w:val="0"/>
          <w:sz w:val="22"/>
        </w:rPr>
        <w:t>Madame, Monsieur,</w:t>
      </w:r>
    </w:p>
    <w:p/>
    <w:p>
      <w:r>
        <w:rPr>
          <w:b w:val="0"/>
          <w:sz w:val="22"/>
        </w:rPr>
        <w:t>Par la présente, je soussigné(e), [Nom et prénom du locataire résiliant], locataire du logement situé au [adresse complète du logement], souhaite vous notifier ma décision de résilier le bail de location me concernant, conformément aux dispositions légales en vigueur.</w:t>
      </w:r>
    </w:p>
    <w:p/>
    <w:p>
      <w:r>
        <w:rPr>
          <w:b w:val="0"/>
          <w:sz w:val="22"/>
        </w:rPr>
        <w:t>Conformément à l'article 12 de la loi n°89-462 du 6 juillet 1989 tendant à améliorer les rapports locatifs et portant modification de la loi n°86-1290 du 23 décembre 1986, je vous informe que cette résiliation prend effet à l'issue du délai de préavis légal.</w:t>
      </w:r>
    </w:p>
    <w:p/>
    <w:p>
      <w:r>
        <w:rPr>
          <w:b w:val="0"/>
          <w:sz w:val="22"/>
        </w:rPr>
        <w:t>Dans le cadre d'une colocation, cette résiliation concerne uniquement ma part du bail. Le(s) autre(s) colocataire(s) restent locataire(s) du logement et continueront à assumer leurs obligations locatives.</w:t>
      </w:r>
    </w:p>
    <w:p/>
    <w:p>
      <w:r>
        <w:rPr>
          <w:b w:val="0"/>
          <w:sz w:val="22"/>
        </w:rPr>
        <w:t>Je m'engage à faciliter les visites du logement pour la recherche d'un nouveau locataire, dans le respect des horaires et conditions prévues par la loi.</w:t>
      </w:r>
    </w:p>
    <w:p/>
    <w:p>
      <w:r>
        <w:rPr>
          <w:b w:val="0"/>
          <w:sz w:val="22"/>
        </w:rPr>
        <w:t>Je vous remercie de bien vouloir me confirmer la prise en compte de cette résiliation et de m'indiquer les modalités pour l'état des lieux de sortie et la restitution du dépôt de garantie.</w:t>
      </w:r>
    </w:p>
    <w:p/>
    <w:p>
      <w:r>
        <w:rPr>
          <w:b w:val="0"/>
          <w:sz w:val="22"/>
        </w:rPr>
        <w:t>Je vous prie d’agréer, Madame, Monsieur, l’expression de mes salutations distinguées.</w:t>
      </w:r>
    </w:p>
    <w:p/>
    <w:p/>
    <w:p/>
    <w:p>
      <w:r>
        <w:rPr>
          <w:b/>
          <w:sz w:val="22"/>
        </w:rPr>
        <w:t>Signature :</w:t>
      </w:r>
    </w:p>
    <w:p>
      <w:r>
        <w:rPr>
          <w:b w:val="0"/>
          <w:sz w:val="22"/>
        </w:rPr>
        <w:t>______________________________________________________________</w:t>
      </w:r>
    </w:p>
    <w:p/>
    <w:p/>
    <w:p>
      <w:r>
        <w:br w:type="page"/>
      </w:r>
    </w:p>
    <w:p>
      <w:pPr>
        <w:jc w:val="center"/>
      </w:pPr>
      <w:r>
        <w:rPr>
          <w:color w:val="555555"/>
          <w:sz w:val="24"/>
        </w:rPr>
        <w:t>Source originale de ce document :</w:t>
      </w:r>
    </w:p>
    <w:p>
      <w:pPr>
        <w:jc w:val="center"/>
      </w:pPr>
      <w:hyperlink r:id="rId9">
        <w:r>
          <w:rPr>
            <w:color w:val="0000FF"/>
            <w:u w:val="single"/>
          </w:rPr>
          <w:t>https://modeles-resiliation.com/lettre-resiliation-bail-d-un-des-deux-locataires/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https://modeles-resiliation.com</w:t>
        </w:r>
      </w:hyperlink>
    </w:p>
    <w:p>
      <w:pPr>
        <w:jc w:val="center"/>
      </w:pPr>
      <w:r>
        <w:rPr>
          <w:color w:val="808080"/>
          <w:sz w:val="20"/>
        </w:rPr>
        <w:t>Ce modèle est destiné exclusivement à un usage personnel et non commercial.</w:t>
        <w:br/>
        <w:t>Toute diffusion ou publication doit obligatoirement mentionner la source. © modeles-resiliation.com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deles-resiliation.com/lettre-resiliation-bail-d-un-des-deux-locataires/" TargetMode="External"/><Relationship Id="rId10" Type="http://schemas.openxmlformats.org/officeDocument/2006/relationships/hyperlink" Target="https://modeles-resili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