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LETTRE DE RÉSILIATION DE CONTRAT DE LOCATION DE BOX DE STOCKAGE</w:t>
      </w:r>
    </w:p>
    <w:p/>
    <w:p/>
    <w:p>
      <w:r>
        <w:rPr>
          <w:b/>
          <w:sz w:val="22"/>
        </w:rPr>
        <w:t>Nom et prénom :</w:t>
      </w:r>
    </w:p>
    <w:p>
      <w:r>
        <w:rPr>
          <w:b w:val="0"/>
          <w:sz w:val="22"/>
        </w:rPr>
        <w:t>Adresse :</w:t>
      </w:r>
    </w:p>
    <w:p>
      <w:r>
        <w:rPr>
          <w:b w:val="0"/>
          <w:sz w:val="22"/>
        </w:rPr>
        <w:t>Code postal, Ville :</w:t>
      </w:r>
    </w:p>
    <w:p>
      <w:r>
        <w:rPr>
          <w:b w:val="0"/>
          <w:sz w:val="22"/>
        </w:rPr>
        <w:t>Téléphone :</w:t>
      </w:r>
    </w:p>
    <w:p>
      <w:r>
        <w:rPr>
          <w:b w:val="0"/>
          <w:sz w:val="22"/>
        </w:rPr>
        <w:t>E-mail :</w:t>
      </w:r>
    </w:p>
    <w:p/>
    <w:p/>
    <w:p>
      <w:r>
        <w:rPr>
          <w:b/>
          <w:sz w:val="22"/>
        </w:rPr>
        <w:t>Nom de la société de stockage :</w:t>
      </w:r>
    </w:p>
    <w:p>
      <w:r>
        <w:rPr>
          <w:b w:val="0"/>
          <w:sz w:val="22"/>
        </w:rPr>
        <w:t>Service résiliation / Adresse du centre :</w:t>
      </w:r>
    </w:p>
    <w:p>
      <w:r>
        <w:rPr>
          <w:b w:val="0"/>
          <w:sz w:val="22"/>
        </w:rPr>
        <w:t>Code postal, Ville :</w:t>
      </w:r>
    </w:p>
    <w:p/>
    <w:p/>
    <w:p>
      <w:r>
        <w:rPr>
          <w:b/>
          <w:sz w:val="22"/>
        </w:rPr>
        <w:t>Objet :</w:t>
      </w:r>
    </w:p>
    <w:p>
      <w:r>
        <w:rPr>
          <w:b w:val="0"/>
          <w:sz w:val="22"/>
        </w:rPr>
        <w:t>Résiliation du contrat de location de box de stockage</w:t>
      </w:r>
    </w:p>
    <w:p/>
    <w:p/>
    <w:p>
      <w:r>
        <w:rPr>
          <w:b w:val="0"/>
          <w:sz w:val="22"/>
        </w:rPr>
        <w:t>Madame, Monsieur,</w:t>
      </w:r>
    </w:p>
    <w:p/>
    <w:p>
      <w:r>
        <w:rPr>
          <w:b w:val="0"/>
          <w:sz w:val="22"/>
        </w:rPr>
        <w:t>Par la présente, je vous informe de ma décision de résilier le contrat de location du box de stockage référencé ci-dessous, conformément aux conditions générales de location et à la législation en vigueur.</w:t>
      </w:r>
    </w:p>
    <w:p/>
    <w:p>
      <w:r>
        <w:rPr>
          <w:b/>
          <w:sz w:val="22"/>
        </w:rPr>
        <w:t>Référence du contrat / numéro du box : ________________________________</w:t>
      </w:r>
    </w:p>
    <w:p/>
    <w:p>
      <w:r>
        <w:rPr>
          <w:b w:val="0"/>
          <w:sz w:val="22"/>
        </w:rPr>
        <w:t>Je vous remercie de bien vouloir prendre en compte cette demande et de m’adresser un courrier ou un email confirmant la prise en compte de la résiliation ainsi que la date effective de fin de contrat.</w:t>
      </w:r>
    </w:p>
    <w:p/>
    <w:p>
      <w:r>
        <w:rPr>
          <w:b w:val="0"/>
          <w:sz w:val="22"/>
        </w:rPr>
        <w:t>Je reste à votre disposition pour organiser la restitution des clés et procéder à l’état des lieux de sortie du box.</w:t>
      </w:r>
    </w:p>
    <w:p/>
    <w:p>
      <w:r>
        <w:rPr>
          <w:b w:val="0"/>
          <w:sz w:val="22"/>
        </w:rPr>
        <w:t>Je vous prie d’agréer, Madame, Monsieur, l’expression de mes salutations distinguées.</w:t>
      </w:r>
    </w:p>
    <w:p/>
    <w:p/>
    <w:p>
      <w:r>
        <w:rPr>
          <w:b w:val="0"/>
          <w:sz w:val="22"/>
        </w:rPr>
        <w:t>Lieu : ________________________________</w:t>
      </w:r>
    </w:p>
    <w:p>
      <w:r>
        <w:rPr>
          <w:b w:val="0"/>
          <w:sz w:val="22"/>
        </w:rPr>
        <w:t>Date : ________________________________</w:t>
      </w:r>
    </w:p>
    <w:p/>
    <w:p/>
    <w:p>
      <w:r>
        <w:rPr>
          <w:b w:val="0"/>
          <w:sz w:val="22"/>
        </w:rPr>
        <w:t>Signature :</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Nom : ___________________________</w:t>
            </w:r>
          </w:p>
        </w:tc>
        <w:tc>
          <w:tcPr>
            <w:tcW w:type="dxa" w:w="4986"/>
            <w:tcBorders>
              <w:top w:val="nil"/>
              <w:left w:val="nil"/>
              <w:bottom w:val="nil"/>
              <w:right w:val="nil"/>
              <w:insideH w:val="nil"/>
              <w:insideV w:val="nil"/>
            </w:tcBorders>
          </w:tcPr>
          <w:p>
            <w:pPr>
              <w:jc w:val="center"/>
            </w:pPr>
            <w:r>
              <w:t>Signature : 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https://modeles-resiliation.com/lettre-resiliation-box-stockage/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https://modeles-resiliation.com</w:t>
        </w:r>
      </w:hyperlink>
    </w:p>
    <w:p>
      <w:pPr>
        <w:jc w:val="center"/>
      </w:pPr>
      <w:r>
        <w:rPr>
          <w:color w:val="808080"/>
          <w:sz w:val="20"/>
        </w:rPr>
        <w:t>Ce modèle est destiné exclusivement à un usage personnel et non commercial.</w:t>
        <w:br/>
        <w:t>Toute diffusion ou publication doit obligatoirement mentionner la source. © modeles-resiliation.com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es-resiliation.com/lettre-resiliation-box-stockage/" TargetMode="External"/><Relationship Id="rId10" Type="http://schemas.openxmlformats.org/officeDocument/2006/relationships/hyperlink" Target="https://modeles-resili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