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Lettre de Résiliation de l’Abonnement CANALSAT</w:t>
      </w:r>
    </w:p>
    <w:p/>
    <w:p/>
    <w:p>
      <w:r>
        <w:rPr>
          <w:b w:val="0"/>
          <w:sz w:val="22"/>
        </w:rPr>
        <w:t>Nom &amp; Prénom : ________________________________</w:t>
      </w:r>
    </w:p>
    <w:p>
      <w:r>
        <w:rPr>
          <w:b w:val="0"/>
          <w:sz w:val="22"/>
        </w:rPr>
        <w:t>Adresse : ____________________________________</w:t>
      </w:r>
    </w:p>
    <w:p>
      <w:r>
        <w:rPr>
          <w:b w:val="0"/>
          <w:sz w:val="22"/>
        </w:rPr>
        <w:t>Code postal &amp; Ville : _________________________</w:t>
      </w:r>
    </w:p>
    <w:p>
      <w:r>
        <w:rPr>
          <w:b w:val="0"/>
          <w:sz w:val="22"/>
        </w:rPr>
        <w:t>Numéro de téléphone : _________________________</w:t>
      </w:r>
    </w:p>
    <w:p>
      <w:r>
        <w:rPr>
          <w:b w:val="0"/>
          <w:sz w:val="22"/>
        </w:rPr>
        <w:t>Adresse e-mail : ______________________________</w:t>
      </w:r>
    </w:p>
    <w:p/>
    <w:p/>
    <w:p>
      <w:r>
        <w:rPr>
          <w:b w:val="0"/>
          <w:sz w:val="22"/>
        </w:rPr>
        <w:t>CANALSAT / CANAL+ Service Résiliation</w:t>
      </w:r>
    </w:p>
    <w:p>
      <w:r>
        <w:rPr>
          <w:b w:val="0"/>
          <w:sz w:val="22"/>
        </w:rPr>
        <w:t>TSA 86712</w:t>
      </w:r>
    </w:p>
    <w:p>
      <w:r>
        <w:rPr>
          <w:b w:val="0"/>
          <w:sz w:val="22"/>
        </w:rPr>
        <w:t>95905 Cergy Pontoise Cedex 9</w:t>
      </w:r>
    </w:p>
    <w:p/>
    <w:p/>
    <w:p>
      <w:r>
        <w:rPr>
          <w:b/>
          <w:sz w:val="22"/>
        </w:rPr>
        <w:t>Objet : Résiliation de mon abonnement CANALSAT</w:t>
      </w:r>
    </w:p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Par la présente, je vous informe de ma volonté de résilier mon abonnement CANALSAT dont le numéro est : _________________________________________.</w:t>
      </w:r>
    </w:p>
    <w:p/>
    <w:p>
      <w:r>
        <w:rPr>
          <w:b w:val="0"/>
          <w:sz w:val="22"/>
        </w:rPr>
        <w:t>Conformément aux conditions générales de vente, je souhaite que cette résiliation prenne effet dans les meilleurs délais possibles, sans renouvellement automatique.</w:t>
      </w:r>
    </w:p>
    <w:p/>
    <w:p>
      <w:r>
        <w:rPr>
          <w:b w:val="0"/>
          <w:sz w:val="22"/>
        </w:rPr>
        <w:t>Je vous prie de bien vouloir me confirmer la prise en compte de cette demande de résiliation par écrit, ainsi que la date effective de fin de contrat.</w:t>
      </w:r>
    </w:p>
    <w:p/>
    <w:p>
      <w:r>
        <w:rPr>
          <w:b w:val="0"/>
          <w:sz w:val="22"/>
        </w:rPr>
        <w:t>Je vous remercie de procéder à l'arrêt des prélèvements automatiques relatifs à cet abonnement à compter de la date de résiliation.</w:t>
      </w:r>
    </w:p>
    <w:p/>
    <w:p/>
    <w:p>
      <w:r>
        <w:rPr>
          <w:b w:val="0"/>
          <w:sz w:val="22"/>
        </w:rPr>
        <w:t>Je m'engage également à restituer le matériel mis à disposition (décodeur, carte d’accès, télécommande, etc.) dans les conditions prévues par le contrat.</w:t>
      </w:r>
    </w:p>
    <w:p/>
    <w:p/>
    <w:p>
      <w:r>
        <w:rPr>
          <w:b w:val="0"/>
          <w:sz w:val="22"/>
        </w:rPr>
        <w:t>Veuillez recevoir, Madame, Monsieur, l'expression de mes salutations distinguées.</w:t>
      </w:r>
    </w:p>
    <w:p/>
    <w:p/>
    <w:p/>
    <w:p>
      <w:r>
        <w:rPr>
          <w:b w:val="0"/>
          <w:sz w:val="22"/>
        </w:rPr>
        <w:t>Signature : 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https://modeles-resiliation.com/lettre-resiliation-canalsat/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lettre-resiliation-canalsat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