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LETTRE DE RÉSILIATION DE LA CARTE ONEY</w:t>
      </w:r>
    </w:p>
    <w:p/>
    <w:p/>
    <w:p>
      <w:r>
        <w:rPr>
          <w:b/>
          <w:sz w:val="22"/>
        </w:rPr>
        <w:t>Nom, Prénom 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Adresse 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Code postal, Ville 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Numéro de téléphone 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Numéro client Oney (si connu) :</w:t>
      </w:r>
    </w:p>
    <w:p>
      <w:r>
        <w:rPr>
          <w:b w:val="0"/>
          <w:sz w:val="22"/>
        </w:rPr>
        <w:t>______________________________________________________________</w:t>
      </w:r>
    </w:p>
    <w:p/>
    <w:p/>
    <w:p>
      <w:r>
        <w:rPr>
          <w:b/>
          <w:sz w:val="22"/>
        </w:rPr>
        <w:t>Service Client Oney Banque Accord</w:t>
      </w:r>
    </w:p>
    <w:p>
      <w:r>
        <w:rPr>
          <w:b w:val="0"/>
          <w:sz w:val="22"/>
        </w:rPr>
        <w:t>Adresse :</w:t>
      </w:r>
    </w:p>
    <w:p>
      <w:r>
        <w:rPr>
          <w:b w:val="0"/>
          <w:sz w:val="22"/>
        </w:rPr>
        <w:t>CS 60070</w:t>
      </w:r>
    </w:p>
    <w:p>
      <w:r>
        <w:rPr>
          <w:b w:val="0"/>
          <w:sz w:val="22"/>
        </w:rPr>
        <w:t>59666 Villeneuve d’Ascq Cedex</w:t>
      </w:r>
    </w:p>
    <w:p/>
    <w:p/>
    <w:p>
      <w:r>
        <w:rPr>
          <w:b/>
          <w:sz w:val="22"/>
        </w:rPr>
        <w:t>Objet : Résiliation de ma carte de paiement Oney</w:t>
      </w:r>
    </w:p>
    <w:p/>
    <w:p/>
    <w:p>
      <w:r>
        <w:rPr>
          <w:b w:val="0"/>
          <w:sz w:val="22"/>
        </w:rPr>
        <w:t>Madame, Monsieur,</w:t>
      </w:r>
    </w:p>
    <w:p/>
    <w:p>
      <w:r>
        <w:rPr>
          <w:b w:val="0"/>
          <w:sz w:val="22"/>
        </w:rPr>
        <w:t>Par la présente, je vous informe de ma décision de résilier ma carte de paiement Oney, référencée sous le numéro : ________________________________.</w:t>
      </w:r>
    </w:p>
    <w:p/>
    <w:p>
      <w:r>
        <w:rPr>
          <w:b w:val="0"/>
          <w:sz w:val="22"/>
        </w:rPr>
        <w:t>Conformément aux conditions générales de vente et aux dispositions légales en vigueur, je souhaite que cette résiliation prenne effet dans les meilleurs délais.</w:t>
      </w:r>
    </w:p>
    <w:p/>
    <w:p>
      <w:r>
        <w:rPr>
          <w:b w:val="0"/>
          <w:sz w:val="22"/>
        </w:rPr>
        <w:t>Je vous prie de bien vouloir prendre en compte cette demande et de m’adresser une confirmation écrite de la prise en compte de la résiliation.</w:t>
      </w:r>
    </w:p>
    <w:p/>
    <w:p>
      <w:r>
        <w:rPr>
          <w:b w:val="0"/>
          <w:sz w:val="22"/>
        </w:rPr>
        <w:t>Par ailleurs, je m’engage à restituer immédiatement la carte en ma possession et à régler tout solde restant dû.</w:t>
      </w:r>
    </w:p>
    <w:p/>
    <w:p/>
    <w:p>
      <w:r>
        <w:rPr>
          <w:b w:val="0"/>
          <w:sz w:val="22"/>
        </w:rPr>
        <w:t>Je vous remercie de l’attention portée à ma demande et reste à votre disposition pour tout renseignement complémentaire.</w:t>
      </w:r>
    </w:p>
    <w:p/>
    <w:p/>
    <w:p>
      <w:r>
        <w:rPr>
          <w:b w:val="0"/>
          <w:sz w:val="22"/>
        </w:rPr>
        <w:t>Veuillez agréer, Madame, Monsieur, l’expression de mes salutations distinguées.</w:t>
      </w:r>
    </w:p>
    <w:p/>
    <w:p/>
    <w:p/>
    <w:p>
      <w:r>
        <w:rPr>
          <w:b/>
          <w:sz w:val="22"/>
        </w:rPr>
        <w:t>Signature :</w:t>
      </w:r>
    </w:p>
    <w:p>
      <w:r>
        <w:rPr>
          <w:b w:val="0"/>
          <w:sz w:val="22"/>
        </w:rPr>
        <w:t>______________________________________________________________</w:t>
      </w:r>
    </w:p>
    <w:p/>
    <w:p/>
    <w:p>
      <w:r>
        <w:rPr>
          <w:b w:val="0"/>
          <w:sz w:val="22"/>
        </w:rPr>
        <w:t>Lieu : ______________________           Date : 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https://modeles-resiliation.com/lettre-resiliation-carte-oney/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https://modeles-resiliation.com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modeles-resiliation.com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es-resiliation.com/lettre-resiliation-carte-oney/" TargetMode="External"/><Relationship Id="rId10" Type="http://schemas.openxmlformats.org/officeDocument/2006/relationships/hyperlink" Target="https://modeles-resili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