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Lettre de Résiliation du Mandat de Vente Sans Exclusivité</w:t>
      </w:r>
    </w:p>
    <w:p/>
    <w:p/>
    <w:p>
      <w:r>
        <w:rPr>
          <w:b/>
          <w:sz w:val="22"/>
        </w:rPr>
        <w:t>Nom et prénom du vendeur 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/>
          <w:sz w:val="22"/>
        </w:rPr>
        <w:t>Adresse 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/>
          <w:sz w:val="22"/>
        </w:rPr>
        <w:t>Téléphone 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/>
          <w:sz w:val="22"/>
        </w:rPr>
        <w:t>Adresse e-mail :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Nom de l'agence immobilière 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/>
          <w:sz w:val="22"/>
        </w:rPr>
        <w:t>Adresse de l'agence 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/>
          <w:sz w:val="22"/>
        </w:rPr>
        <w:t>Téléphone 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/>
          <w:sz w:val="22"/>
        </w:rPr>
        <w:t>Adresse e-mail :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Objet : Résiliation du mandat de vente sans exclusivité</w:t>
      </w:r>
    </w:p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Par la présente, je vous informe de ma décision de résilier le mandat de vente sans exclusivité que je vous ai confié concernant le bien immobilier situé à :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Conformément aux dispositions légales en vigueur et aux termes du mandat signé, cette résiliation prendra effet immédiatement, sans préavis ni indemnité.</w:t>
      </w:r>
    </w:p>
    <w:p/>
    <w:p>
      <w:r>
        <w:rPr>
          <w:b w:val="0"/>
          <w:sz w:val="22"/>
        </w:rPr>
        <w:t>Je vous remercie de bien vouloir prendre en compte cette résiliation et de cesser toute démarche de commercialisation de mon bien à compter de la réception de cette lettre.</w:t>
      </w:r>
    </w:p>
    <w:p/>
    <w:p>
      <w:r>
        <w:rPr>
          <w:b w:val="0"/>
          <w:sz w:val="22"/>
        </w:rPr>
        <w:t>Je vous prie de me confirmer par écrit la prise en compte de cette résiliation.</w:t>
      </w:r>
    </w:p>
    <w:p/>
    <w:p/>
    <w:p>
      <w:r>
        <w:rPr>
          <w:b w:val="0"/>
          <w:sz w:val="22"/>
        </w:rPr>
        <w:t>Je vous prie d’agréer, Madame, Monsieur, l’expression de mes salutations distinguées.</w:t>
      </w:r>
    </w:p>
    <w:p/>
    <w:p/>
    <w:p/>
    <w:p/>
    <w:p>
      <w:r>
        <w:rPr>
          <w:b w:val="0"/>
          <w:sz w:val="22"/>
        </w:rPr>
        <w:t>Signature :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https://modeles-resiliation.com/lettre-resiliation-mandat-de-vente-sans-exclusivite/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lettre-resiliation-mandat-de-vente-sans-exclusivite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