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0"/>
        </w:rPr>
        <w:t>Nom : _______________________________________</w:t>
        <w:br/>
        <w:t>Prénom : _____________________________________</w:t>
        <w:br/>
        <w:t>Adresse : ____________________________________</w:t>
        <w:br/>
        <w:t>Code postal et Ville : _______________________</w:t>
        <w:br/>
        <w:t>Numéro de téléphone : _______________________</w:t>
        <w:br/>
        <w:t>Adresse e-mail : ____________________________</w:t>
      </w:r>
    </w:p>
    <w:p/>
    <w:p/>
    <w:p>
      <w:r>
        <w:rPr>
          <w:b/>
          <w:sz w:val="22"/>
        </w:rPr>
        <w:t>À l’attention du Syndicat Force Ouvrière</w:t>
      </w:r>
    </w:p>
    <w:p>
      <w:r>
        <w:rPr>
          <w:b w:val="0"/>
          <w:sz w:val="22"/>
        </w:rPr>
        <w:t>Adresse : ____________________________________________</w:t>
      </w:r>
    </w:p>
    <w:p>
      <w:r>
        <w:rPr>
          <w:b w:val="0"/>
          <w:sz w:val="22"/>
        </w:rPr>
        <w:t>Code postal et Ville : ________________________________</w:t>
      </w:r>
    </w:p>
    <w:p/>
    <w:p/>
    <w:p>
      <w:r>
        <w:rPr>
          <w:b/>
          <w:sz w:val="22"/>
        </w:rPr>
        <w:t>Objet : Résiliation de mon adhésion au Syndicat FO</w:t>
      </w:r>
    </w:p>
    <w:p/>
    <w:p>
      <w:r>
        <w:rPr>
          <w:b w:val="0"/>
          <w:sz w:val="22"/>
        </w:rPr>
        <w:t>Madame, Monsieur,</w:t>
      </w:r>
    </w:p>
    <w:p/>
    <w:p>
      <w:r>
        <w:rPr>
          <w:b w:val="0"/>
          <w:sz w:val="22"/>
        </w:rPr>
        <w:t>Par la présente, je vous informe de ma décision de résilier mon adhésion au Syndicat Force Ouvrière, conformément aux dispositions statutaires et légales en vigueur. Cette résiliation prendra effet immédiatement / à compter de la réception de cette lettre (rayer la mention inutile).</w:t>
      </w:r>
    </w:p>
    <w:p/>
    <w:p>
      <w:r>
        <w:rPr>
          <w:b w:val="0"/>
          <w:sz w:val="22"/>
        </w:rPr>
        <w:t>Je vous remercie de bien vouloir prendre acte de cette résiliation et de cesser tout prélèvement ou participation financière à compter de cette date.</w:t>
      </w:r>
    </w:p>
    <w:p/>
    <w:p>
      <w:r>
        <w:rPr>
          <w:b w:val="0"/>
          <w:sz w:val="22"/>
        </w:rPr>
        <w:t>Je vous saurais gré de bien vouloir m’adresser une confirmation écrite de la prise en compte de ma demande.</w:t>
      </w:r>
    </w:p>
    <w:p/>
    <w:p/>
    <w:p>
      <w:r>
        <w:rPr>
          <w:b w:val="0"/>
          <w:sz w:val="22"/>
        </w:rPr>
        <w:t>Je vous prie d’agréer, Madame, Monsieur, l’expression de mes salutations distinguées.</w:t>
      </w:r>
    </w:p>
    <w:p/>
    <w:p/>
    <w:p/>
    <w:p>
      <w:pPr>
        <w:jc w:val="right"/>
      </w:pPr>
      <w:r>
        <w:rPr>
          <w:sz w:val="22"/>
        </w:rPr>
        <w:t>Signature : 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https://modeles-resiliation.com/lettre-resiliation-syndicat-fo/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https://modeles-resiliation.com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modeles-resiliation.com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es-resiliation.com/lettre-resiliation-syndicat-fo/" TargetMode="External"/><Relationship Id="rId10" Type="http://schemas.openxmlformats.org/officeDocument/2006/relationships/hyperlink" Target="https://modeles-resili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