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RÉSILIATION DE BAIL À L'AMIABLE</w:t>
      </w:r>
    </w:p>
    <w:p/>
    <w:p/>
    <w:p>
      <w:r>
        <w:rPr>
          <w:b/>
          <w:sz w:val="24"/>
        </w:rPr>
        <w:t>Entre les soussignés :</w:t>
      </w:r>
    </w:p>
    <w:p>
      <w:r>
        <w:rPr>
          <w:b w:val="0"/>
          <w:sz w:val="22"/>
        </w:rPr>
        <w:t>Le bailleur :</w:t>
      </w:r>
    </w:p>
    <w:p>
      <w:r>
        <w:rPr>
          <w:b w:val="0"/>
          <w:sz w:val="22"/>
        </w:rPr>
        <w:t>Nom / Société : ________________________________________________</w:t>
      </w:r>
    </w:p>
    <w:p>
      <w:r>
        <w:rPr>
          <w:b w:val="0"/>
          <w:sz w:val="22"/>
        </w:rPr>
        <w:t>Adresse : _______________________________________________________</w:t>
      </w:r>
    </w:p>
    <w:p>
      <w:r>
        <w:rPr>
          <w:b w:val="0"/>
          <w:sz w:val="22"/>
        </w:rPr>
        <w:t>Téléphone : _____________________________________________________</w:t>
      </w:r>
    </w:p>
    <w:p/>
    <w:p>
      <w:r>
        <w:rPr>
          <w:b w:val="0"/>
          <w:sz w:val="22"/>
        </w:rPr>
        <w:t>Le locataire :</w:t>
      </w:r>
    </w:p>
    <w:p>
      <w:r>
        <w:rPr>
          <w:b w:val="0"/>
          <w:sz w:val="22"/>
        </w:rPr>
        <w:t>Nom : __________________________________________________________</w:t>
      </w:r>
    </w:p>
    <w:p>
      <w:r>
        <w:rPr>
          <w:b w:val="0"/>
          <w:sz w:val="22"/>
        </w:rPr>
        <w:t>Adresse du logement loué : ______________________________________</w:t>
      </w:r>
    </w:p>
    <w:p>
      <w:r>
        <w:rPr>
          <w:b w:val="0"/>
          <w:sz w:val="22"/>
        </w:rPr>
        <w:t>Téléphone : _____________________________________________________</w:t>
      </w:r>
    </w:p>
    <w:p/>
    <w:p/>
    <w:p>
      <w:r>
        <w:rPr>
          <w:b/>
          <w:sz w:val="24"/>
        </w:rPr>
        <w:t>Exposé</w:t>
      </w:r>
    </w:p>
    <w:p>
      <w:r>
        <w:rPr>
          <w:b w:val="0"/>
          <w:sz w:val="22"/>
        </w:rPr>
        <w:t>Le bailleur et le locataire sont liés par un contrat de location portant sur le logement mentionné ci-dessus, conclu en date du _______________.</w:t>
      </w:r>
    </w:p>
    <w:p>
      <w:r>
        <w:rPr>
          <w:b w:val="0"/>
          <w:sz w:val="22"/>
        </w:rPr>
        <w:t>Souhaitant mettre fin à ce bail d'un commun accord, ils conviennent de procéder à sa résiliation à l’amiable selon les modalités ci-après définies.</w:t>
      </w:r>
    </w:p>
    <w:p/>
    <w:p/>
    <w:p>
      <w:r>
        <w:rPr>
          <w:b/>
          <w:sz w:val="24"/>
        </w:rPr>
        <w:t>Article 1 – Résiliation amiable du bail</w:t>
      </w:r>
    </w:p>
    <w:p>
      <w:r>
        <w:rPr>
          <w:b w:val="0"/>
          <w:sz w:val="22"/>
        </w:rPr>
        <w:t>Les parties conviennent d’un commun accord de mettre fin au bail susmentionné à compter du _______________.</w:t>
      </w:r>
    </w:p>
    <w:p>
      <w:r>
        <w:rPr>
          <w:b w:val="0"/>
          <w:sz w:val="22"/>
        </w:rPr>
        <w:t>Cette résiliation prend effet sans indemnité ni pénalité pour l’une ou l’autre des parties.</w:t>
      </w:r>
    </w:p>
    <w:p/>
    <w:p/>
    <w:p>
      <w:r>
        <w:rPr>
          <w:b/>
          <w:sz w:val="24"/>
        </w:rPr>
        <w:t>Article 2 – État des lieux et remise des clés</w:t>
      </w:r>
    </w:p>
    <w:p>
      <w:r>
        <w:rPr>
          <w:b w:val="0"/>
          <w:sz w:val="22"/>
        </w:rPr>
        <w:t>Un état des lieux de sortie sera réalisé en présence des deux parties le jour de la remise des clés.</w:t>
      </w:r>
    </w:p>
    <w:p>
      <w:r>
        <w:rPr>
          <w:b w:val="0"/>
          <w:sz w:val="22"/>
        </w:rPr>
        <w:t>Le locataire s’engage à restituer les clés du logement au bailleur à cette occasion.</w:t>
      </w:r>
    </w:p>
    <w:p/>
    <w:p/>
    <w:p>
      <w:r>
        <w:rPr>
          <w:b/>
          <w:sz w:val="24"/>
        </w:rPr>
        <w:t>Article 3 – Paiement du loyer et des charges</w:t>
      </w:r>
    </w:p>
    <w:p>
      <w:r>
        <w:rPr>
          <w:b w:val="0"/>
          <w:sz w:val="22"/>
        </w:rPr>
        <w:t>Le locataire s’engage à régler le loyer ainsi que les charges afférentes au logement jusqu’à la date effective de résiliation du bail.</w:t>
      </w:r>
    </w:p>
    <w:p/>
    <w:p/>
    <w:p>
      <w:r>
        <w:rPr>
          <w:b/>
          <w:sz w:val="24"/>
        </w:rPr>
        <w:t>Article 4 – Restitution du dépôt de garantie</w:t>
      </w:r>
    </w:p>
    <w:p>
      <w:r>
        <w:rPr>
          <w:b w:val="0"/>
          <w:sz w:val="22"/>
        </w:rPr>
        <w:t>Le dépôt de garantie versé à la signature du bail sera restitué au locataire dans un délai légal conforme à la réglementation en vigueur, déduction faite des éventuelles sommes restant dues ou des réparations locatives.</w:t>
      </w:r>
    </w:p>
    <w:p/>
    <w:p/>
    <w:p>
      <w:r>
        <w:rPr>
          <w:b/>
          <w:sz w:val="24"/>
        </w:rPr>
        <w:t>Article 5 – Divers</w:t>
      </w:r>
    </w:p>
    <w:p>
      <w:r>
        <w:rPr>
          <w:b w:val="0"/>
          <w:sz w:val="22"/>
        </w:rPr>
        <w:t>Le présent accord annule et remplace toutes les dispositions contraires figurant dans le bail initial relatives à la résiliation.</w:t>
      </w:r>
    </w:p>
    <w:p>
      <w:r>
        <w:rPr>
          <w:b w:val="0"/>
          <w:sz w:val="22"/>
        </w:rPr>
        <w:t>Toute modification du présent accord devra faire l’objet d’un avenant signé des deux parties.</w:t>
      </w:r>
    </w:p>
    <w:p/>
    <w:p/>
    <w:p/>
    <w:p>
      <w:r>
        <w:rPr>
          <w:b/>
          <w:sz w:val="22"/>
        </w:rPr>
        <w:t>Fait à : __________________________________________</w:t>
      </w:r>
    </w:p>
    <w:p>
      <w:r>
        <w:rPr>
          <w:b/>
          <w:sz w:val="22"/>
        </w:rPr>
        <w:t>Le 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bailleur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locataire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https://modeles-resiliation.com/resiliation-de-bail-a-l-amiable/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https://modeles-resiliation.com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modeles-resiliation.com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es-resiliation.com/resiliation-de-bail-a-l-amiable/" TargetMode="External"/><Relationship Id="rId10" Type="http://schemas.openxmlformats.org/officeDocument/2006/relationships/hyperlink" Target="https://modeles-resili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